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TEMPLATE</w:t>
      </w:r>
    </w:p>
    <w:p>
      <w:pPr>
        <w:spacing w:before="0" w:after="80"/>
      </w:pPr>
      <w:r>
        <w:rPr>
          <w:b/>
          <w:sz w:val="36"/>
        </w:rPr>
        <w:t>Template for reporting damage caused by a guest</w:t>
      </w:r>
    </w:p>
    <w:p>
      <w:pPr>
        <w:spacing w:before="0" w:after="80"/>
      </w:pPr>
      <w:r>
        <w:rPr>
          <w:b w:val="0"/>
          <w:color w:val="6B7386"/>
          <w:sz w:val="21"/>
        </w:rPr>
        <w:t>A report to document damage in a tourist home and claim for it: booking details, what happened, damaged items with their cost and the deadlines for Airbnb, Booking, the deposit and insurance.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good management practice, not a legal rule</w:t>
      </w:r>
    </w:p>
    <w:p>
      <w:pPr>
        <w:spacing w:before="80" w:after="80"/>
      </w:pPr>
      <w:r>
        <w:rPr>
          <w:b w:val="0"/>
        </w:rPr>
        <w:t xml:space="preserve">Serious damage is rare; almost all of it is small stuff (a glass, a frying pan, a stain). But it is recovered or lost for the same reasons: </w:t>
      </w:r>
      <w:r>
        <w:rPr>
          <w:b/>
        </w:rPr>
        <w:t>evidence and deadlines</w:t>
      </w:r>
      <w:r>
        <w:rPr>
          <w:b w:val="0"/>
        </w:rPr>
        <w:t xml:space="preserve">. Without photos from before, the guest will say it was already like that; and on Airbnb and Booking you have </w:t>
      </w:r>
      <w:r>
        <w:rPr>
          <w:b/>
        </w:rPr>
        <w:t>14 days</w:t>
      </w:r>
      <w:r>
        <w:rPr>
          <w:b w:val="0"/>
        </w:rPr>
        <w:t xml:space="preserve"> from check-out to claim.</w:t>
      </w:r>
    </w:p>
    <w:p>
      <w:pPr>
        <w:spacing w:before="80" w:after="80"/>
      </w:pPr>
      <w:r>
        <w:rPr>
          <w:b w:val="0"/>
        </w:rPr>
        <w:t xml:space="preserve">Fill in this report on the same day you discover the damage and keep it with the photos and invoices. We explain it in </w:t>
      </w:r>
      <w:r>
        <w:rPr>
          <w:b w:val="0"/>
        </w:rPr>
        <w:t>What if they wreck my flat?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How to use it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Take dated photos or video of the damage as soon as you see it, before repairing or throwing anything away.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Find the photos from the clean before the guest's check-in: they prove what condition it was in.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Get a quote or keep the invoice or receipt for the repair or replacement.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Write to the guest through the platform and keep the messages: anything in writing helps.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Claim within each channel's deadline (below). If the damage is serious, report it to the police and notify your insurer.</w:t>
      </w:r>
    </w:p>
    <w:p>
      <w:pPr>
        <w:keepNext/>
        <w:spacing w:before="200" w:after="80"/>
      </w:pPr>
      <w:r>
        <w:rPr>
          <w:b/>
          <w:sz w:val="26"/>
        </w:rPr>
        <w:t>Booking details</w:t>
      </w:r>
    </w:p>
    <w:p>
      <w:pPr>
        <w:keepNext/>
        <w:spacing w:before="80" w:after="0"/>
      </w:pPr>
      <w:r>
        <w:rPr>
          <w:b/>
          <w:color w:val="6B7386"/>
          <w:sz w:val="18"/>
        </w:rPr>
        <w:t>Home (address and registration code)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Platform (Airbnb, Booking, Vrbo, direct booking, other)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Booking reference or number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Lead guest on the booking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Check-in and check-out dates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People on the booking and people actually there, if they differ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Who is making the report and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What happened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Description of the damage: what, where, when and who discovered it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Was there a party, more people than on the booking or complaints from neighbours? Give details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Messages with the guest: date, channel and what they replied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Damaged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Item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Damage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Photos (yes/no)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Cost to repair or replace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Invoice/receipt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Extra cleaning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Where and when to claim</w:t>
      </w:r>
    </w:p>
    <w:p>
      <w:pPr>
        <w:spacing w:before="0" w:after="80"/>
      </w:pPr>
      <w:r>
        <w:rPr>
          <w:b w:val="0"/>
          <w:color w:val="6B7386"/>
          <w:sz w:val="19"/>
        </w:rPr>
        <w:t>These are the conditions published by the platforms and they can change: check them in their help centre before claiming.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Airbnb: claim through AirCover within 14 days of check-out, with photos and invoices.</w:t>
      </w:r>
      <w:r>
        <w:br/>
      </w:r>
      <w:r>
        <w:rPr>
          <w:b w:val="0"/>
          <w:color w:val="6B7386"/>
          <w:sz w:val="17"/>
        </w:rPr>
        <w:t>There is no deposit: AirCover covers damage caused by guests. The guest has 24 hours to respond before Airbnb steps in.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with a damage deposit: you manage it and claim through the extranet within 14 days of check-out, with evidence.</w:t>
      </w:r>
      <w:r>
        <w:br/>
      </w:r>
      <w:r>
        <w:rPr>
          <w:b w:val="0"/>
          <w:color w:val="6B7386"/>
          <w:sz w:val="17"/>
        </w:rPr>
        <w:t>The guest pays the deposit or authorises it on their card and it is returned at check-out.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with the damage programme (no deposit): claim through the extranet within 14 days of check-out, with evidence.</w:t>
      </w:r>
      <w:r>
        <w:br/>
      </w:r>
      <w:r>
        <w:rPr>
          <w:b w:val="0"/>
          <w:color w:val="6B7386"/>
          <w:sz w:val="17"/>
        </w:rPr>
        <w:t>It has a cap of about €500 per stay. In both Booking cases, payment arrives in about 30 days.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Vrbo: claim within 14 days with the deposit held on the card or with the damage protection the guest paid for.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Direct booking: deduct the damage from the deposit and tell the guest in writing.</w:t>
      </w:r>
      <w:r>
        <w:br/>
      </w:r>
      <w:r>
        <w:rPr>
          <w:b w:val="0"/>
          <w:color w:val="6B7386"/>
          <w:sz w:val="17"/>
        </w:rPr>
        <w:t>In line with the signed document stating when and how the deposit is returned.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Insurance: notify your insurer if the damage is serious. It only pays out if the policy declares tourist or holiday rental use.</w:t>
      </w:r>
      <w:r>
        <w:br/>
      </w:r>
      <w:r>
        <w:rPr>
          <w:b w:val="0"/>
          <w:color w:val="6B7386"/>
          <w:sz w:val="17"/>
        </w:rPr>
        <w:t>Not all policies cover damage caused by guests. Airbnb and Booking are the first line; insurance, the second.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it is serious (thousands of euros), report it to the police as well as claiming.</w:t>
      </w:r>
    </w:p>
    <w:p>
      <w:pPr>
        <w:keepNext/>
        <w:spacing w:before="200" w:after="80"/>
      </w:pPr>
      <w:r>
        <w:rPr>
          <w:b/>
          <w:sz w:val="26"/>
        </w:rPr>
        <w:t>Outcome</w:t>
      </w:r>
    </w:p>
    <w:p>
      <w:pPr>
        <w:keepNext/>
        <w:spacing w:before="80" w:after="0"/>
      </w:pPr>
      <w:r>
        <w:rPr>
          <w:b/>
          <w:color w:val="6B7386"/>
          <w:sz w:val="18"/>
        </w:rPr>
        <w:t>Total claimed (€)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of the claim and channel (platform, deposit, insurance, police report)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Response from the guest, the platform or the insurer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Amount recovered and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template: this is not a legal document. The deadlines and conditions of Airbnb, Booking and Vrbo are set by each platform and can change; those of your insurance, by your policy.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Airbnb: AirCover host protection (in Spanish) — https://www.airbnb.es/help/article/279</w:t>
      </w:r>
    </w:p>
    <w:p>
      <w:pPr>
        <w:spacing w:before="0" w:after="20"/>
      </w:pPr>
      <w:r>
        <w:rPr>
          <w:b w:val="0"/>
          <w:color w:val="6B7386"/>
          <w:sz w:val="16"/>
        </w:rPr>
        <w:t>• Airbnb: AirCover for hosts (in Spanish) — https://www.airbnb.es/aircover-for-hosts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Hub: everything you need to know about damage options (in Spanish) — https://partner.booking.com/es/ayuda/condiciones-pagos/gestionar-pagos/todo-lo-que-necesitas-saber-sobre-las-opciones-de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mipisoturistico.app/en/downloads/template-damage-report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mipisoturistico.app/en/downloads/template-damage-report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reporting damage caused by a guest</dc:title>
  <dc:subject>A report to document damage in a tourist home and claim for it: booking details, what happened, damaged items with their cost and the deadlines for Airbnb, Booking, the deposit and insurance.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